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AEA8E" w14:textId="53B69F60" w:rsidR="007553FF" w:rsidRPr="00AA1B6A" w:rsidRDefault="00AA1B6A" w:rsidP="00D02E89">
      <w:pPr>
        <w:spacing w:line="240" w:lineRule="auto"/>
        <w:jc w:val="center"/>
        <w:rPr>
          <w:b/>
          <w:sz w:val="40"/>
          <w:lang w:val="sv-SE"/>
        </w:rPr>
      </w:pPr>
      <w:r>
        <w:rPr>
          <w:b/>
          <w:sz w:val="40"/>
          <w:lang w:val="sv-SE"/>
        </w:rPr>
        <w:br/>
      </w:r>
      <w:r w:rsidR="007553FF" w:rsidRPr="00F87019">
        <w:rPr>
          <w:b/>
          <w:sz w:val="40"/>
          <w:lang w:val="sv-SE"/>
        </w:rPr>
        <w:t>SILABUS</w:t>
      </w:r>
    </w:p>
    <w:p w14:paraId="15650D19" w14:textId="6A181C12" w:rsidR="007553FF" w:rsidRDefault="00B559B6" w:rsidP="00D02E89">
      <w:pPr>
        <w:spacing w:line="240" w:lineRule="auto"/>
        <w:jc w:val="center"/>
        <w:rPr>
          <w:b/>
          <w:bCs/>
          <w:lang w:val="sv-SE"/>
        </w:rPr>
      </w:pPr>
      <w:r>
        <w:rPr>
          <w:b/>
          <w:sz w:val="36"/>
          <w:lang w:val="sv-SE"/>
        </w:rPr>
        <w:t>Idad Lughawy | KASHI</w:t>
      </w:r>
      <w:r w:rsidR="0049395C">
        <w:rPr>
          <w:b/>
          <w:sz w:val="36"/>
          <w:lang w:val="sv-SE"/>
        </w:rPr>
        <w:t>F</w:t>
      </w:r>
      <w:r>
        <w:rPr>
          <w:b/>
          <w:sz w:val="36"/>
          <w:lang w:val="sv-SE"/>
        </w:rPr>
        <w:t xml:space="preserve"> – Program 6 Bulan</w:t>
      </w:r>
    </w:p>
    <w:p w14:paraId="33C2428E" w14:textId="00A47FA8" w:rsidR="00650E02" w:rsidRPr="00650E02" w:rsidRDefault="001F5495" w:rsidP="00650E02">
      <w:pPr>
        <w:rPr>
          <w:b/>
          <w:bCs/>
          <w:lang w:val="sv-SE"/>
        </w:rPr>
      </w:pPr>
      <w:r>
        <w:rPr>
          <w:b/>
          <w:bCs/>
          <w:lang w:val="sv-SE"/>
        </w:rPr>
        <w:t>Kitab Rujukan</w:t>
      </w:r>
      <w:r w:rsidR="007553FF" w:rsidRPr="00F87019">
        <w:rPr>
          <w:b/>
          <w:bCs/>
          <w:lang w:val="sv-SE"/>
        </w:rPr>
        <w:t xml:space="preserve">: </w:t>
      </w:r>
      <w:r w:rsidRPr="004561E8">
        <w:rPr>
          <w:lang w:val="sv-SE"/>
        </w:rPr>
        <w:t>Durus al Lughah Jilid 1 + Al Arabiyah Bayna Yadayk Jilid 1</w:t>
      </w:r>
      <w:r w:rsidR="007553FF" w:rsidRPr="00F87019">
        <w:rPr>
          <w:b/>
          <w:bCs/>
          <w:lang w:val="sv-SE"/>
        </w:rPr>
        <w:br/>
      </w:r>
      <w:r w:rsidR="00866BD0">
        <w:rPr>
          <w:b/>
          <w:bCs/>
          <w:lang w:val="sv-SE"/>
        </w:rPr>
        <w:t>Periode</w:t>
      </w:r>
      <w:r w:rsidR="007553FF" w:rsidRPr="00F87019">
        <w:rPr>
          <w:b/>
          <w:bCs/>
          <w:lang w:val="sv-SE"/>
        </w:rPr>
        <w:t xml:space="preserve">: </w:t>
      </w:r>
      <w:r w:rsidR="00866BD0" w:rsidRPr="004561E8">
        <w:rPr>
          <w:lang w:val="sv-SE"/>
        </w:rPr>
        <w:t xml:space="preserve">Agustus </w:t>
      </w:r>
      <w:r w:rsidR="007553FF" w:rsidRPr="004561E8">
        <w:rPr>
          <w:lang w:val="sv-SE"/>
        </w:rPr>
        <w:t>202</w:t>
      </w:r>
      <w:r w:rsidR="00866BD0" w:rsidRPr="004561E8">
        <w:rPr>
          <w:lang w:val="sv-SE"/>
        </w:rPr>
        <w:t>6</w:t>
      </w:r>
      <w:r w:rsidR="00D02E89" w:rsidRPr="004561E8">
        <w:rPr>
          <w:lang w:val="sv-SE"/>
        </w:rPr>
        <w:t xml:space="preserve"> -</w:t>
      </w:r>
      <w:r w:rsidR="00866BD0" w:rsidRPr="004561E8">
        <w:rPr>
          <w:lang w:val="sv-SE"/>
        </w:rPr>
        <w:t xml:space="preserve"> Januari </w:t>
      </w:r>
      <w:r w:rsidR="007553FF" w:rsidRPr="004561E8">
        <w:rPr>
          <w:lang w:val="sv-SE"/>
        </w:rPr>
        <w:t>202</w:t>
      </w:r>
      <w:r w:rsidR="00866BD0" w:rsidRPr="004561E8">
        <w:rPr>
          <w:lang w:val="sv-SE"/>
        </w:rPr>
        <w:t>7</w:t>
      </w:r>
      <w:r w:rsidR="007553FF" w:rsidRPr="00F87019">
        <w:rPr>
          <w:b/>
          <w:bCs/>
          <w:lang w:val="sv-SE"/>
        </w:rPr>
        <w:br/>
      </w:r>
      <w:r w:rsidR="00650E02">
        <w:rPr>
          <w:b/>
          <w:bCs/>
          <w:lang w:val="sv-SE"/>
        </w:rPr>
        <w:t>Jadwal KBM</w:t>
      </w:r>
      <w:r w:rsidR="007553FF" w:rsidRPr="00F87019">
        <w:rPr>
          <w:b/>
          <w:bCs/>
          <w:lang w:val="sv-SE"/>
        </w:rPr>
        <w:t xml:space="preserve">: </w:t>
      </w:r>
      <w:r w:rsidR="00650E02">
        <w:rPr>
          <w:b/>
          <w:bCs/>
          <w:lang w:val="sv-SE"/>
        </w:rPr>
        <w:br/>
      </w:r>
      <w:r w:rsidR="00650E02" w:rsidRPr="004561E8">
        <w:rPr>
          <w:rFonts w:ascii="Segoe UI Emoji" w:hAnsi="Segoe UI Emoji" w:cs="Segoe UI Emoji"/>
        </w:rPr>
        <w:t>📌</w:t>
      </w:r>
      <w:r w:rsidR="00650E02" w:rsidRPr="004561E8">
        <w:rPr>
          <w:lang w:val="sv-SE"/>
        </w:rPr>
        <w:t xml:space="preserve"> Jumat &amp; Sabtu 20.00–21.30 </w:t>
      </w:r>
      <w:r w:rsidR="00650E02" w:rsidRPr="004561E8">
        <w:rPr>
          <w:lang w:val="sv-SE"/>
        </w:rPr>
        <w:t xml:space="preserve">WIB </w:t>
      </w:r>
      <w:r w:rsidR="00650E02" w:rsidRPr="004561E8">
        <w:rPr>
          <w:lang w:val="sv-SE"/>
        </w:rPr>
        <w:t xml:space="preserve">— </w:t>
      </w:r>
      <w:r w:rsidR="00650E02" w:rsidRPr="004561E8">
        <w:rPr>
          <w:i/>
          <w:iCs/>
          <w:lang w:val="sv-SE"/>
        </w:rPr>
        <w:t>Durus al Lughah</w:t>
      </w:r>
      <w:r w:rsidR="00650E02" w:rsidRPr="004561E8">
        <w:rPr>
          <w:lang w:val="sv-SE"/>
        </w:rPr>
        <w:br/>
      </w:r>
      <w:r w:rsidR="00650E02" w:rsidRPr="004561E8">
        <w:rPr>
          <w:rFonts w:ascii="Segoe UI Emoji" w:hAnsi="Segoe UI Emoji" w:cs="Segoe UI Emoji"/>
        </w:rPr>
        <w:t>📌</w:t>
      </w:r>
      <w:r w:rsidR="00650E02" w:rsidRPr="004561E8">
        <w:rPr>
          <w:lang w:val="sv-SE"/>
        </w:rPr>
        <w:t xml:space="preserve"> Ahad 20.00–21.30 </w:t>
      </w:r>
      <w:r w:rsidR="0049395C" w:rsidRPr="004561E8">
        <w:rPr>
          <w:lang w:val="sv-SE"/>
        </w:rPr>
        <w:t xml:space="preserve">WIB </w:t>
      </w:r>
      <w:r w:rsidR="00650E02" w:rsidRPr="004561E8">
        <w:rPr>
          <w:lang w:val="sv-SE"/>
        </w:rPr>
        <w:t xml:space="preserve">— </w:t>
      </w:r>
      <w:r w:rsidR="00650E02" w:rsidRPr="004561E8">
        <w:rPr>
          <w:i/>
          <w:iCs/>
          <w:lang w:val="sv-SE"/>
        </w:rPr>
        <w:t>Al Arabiyah Bayna Yadayk</w:t>
      </w:r>
    </w:p>
    <w:p w14:paraId="4FE8BBF7" w14:textId="441F459D" w:rsidR="007553FF" w:rsidRPr="0049395C" w:rsidRDefault="0049395C" w:rsidP="007553FF">
      <w:pPr>
        <w:rPr>
          <w:lang w:val="sv-SE"/>
        </w:rPr>
      </w:pPr>
      <w:r w:rsidRPr="0049395C">
        <w:rPr>
          <w:rFonts w:ascii="Segoe UI Emoji" w:hAnsi="Segoe UI Emoji" w:cs="Segoe UI Emoji"/>
          <w:b/>
          <w:bCs/>
          <w:lang w:val="en-ID"/>
        </w:rPr>
        <w:t>🗓️</w:t>
      </w:r>
      <w:r w:rsidRPr="0049395C">
        <w:rPr>
          <w:b/>
          <w:bCs/>
          <w:lang w:val="sv-SE"/>
        </w:rPr>
        <w:t xml:space="preserve"> Total pekan: </w:t>
      </w:r>
      <w:r w:rsidRPr="004561E8">
        <w:rPr>
          <w:lang w:val="sv-SE"/>
        </w:rPr>
        <w:t>24 pekan (5 bulan ajar, 1 bulan evaluasi)</w:t>
      </w:r>
    </w:p>
    <w:p w14:paraId="72840EFE" w14:textId="602D718D" w:rsidR="008136AF" w:rsidRPr="00D02E89" w:rsidRDefault="0049395C" w:rsidP="008136AF">
      <w:pPr>
        <w:pStyle w:val="Heading2"/>
        <w:rPr>
          <w:rFonts w:asciiTheme="minorHAnsi" w:eastAsiaTheme="minorEastAsia" w:hAnsiTheme="minorHAnsi" w:cstheme="minorBidi"/>
          <w:color w:val="auto"/>
          <w:sz w:val="22"/>
          <w:szCs w:val="22"/>
          <w:lang w:val="en-ID"/>
        </w:rPr>
      </w:pPr>
      <w:r w:rsidRPr="00D02E89">
        <w:rPr>
          <w:color w:val="632423" w:themeColor="accent2" w:themeShade="80"/>
          <w:lang w:val="sv-SE"/>
        </w:rPr>
        <w:t xml:space="preserve">Bulan </w:t>
      </w:r>
      <w:r w:rsidR="00165EE1" w:rsidRPr="00D02E89">
        <w:rPr>
          <w:color w:val="632423" w:themeColor="accent2" w:themeShade="80"/>
          <w:lang w:val="sv-SE"/>
        </w:rPr>
        <w:t xml:space="preserve">I - </w:t>
      </w:r>
      <w:r w:rsidR="00165EE1" w:rsidRPr="00D02E89">
        <w:rPr>
          <w:color w:val="632423" w:themeColor="accent2" w:themeShade="80"/>
          <w:lang w:val="sv-SE"/>
        </w:rPr>
        <w:t>Pengenalan Dasar &amp; Bacaan</w:t>
      </w:r>
      <w:r w:rsidR="008136AF" w:rsidRPr="00D02E89">
        <w:rPr>
          <w:rFonts w:asciiTheme="minorHAnsi" w:eastAsiaTheme="minorEastAsia" w:hAnsiTheme="minorHAnsi" w:cstheme="minorBidi"/>
          <w:color w:val="auto"/>
          <w:sz w:val="22"/>
          <w:szCs w:val="22"/>
          <w:lang w:val="en-ID"/>
        </w:rPr>
        <w:br/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"/>
        <w:gridCol w:w="4224"/>
        <w:gridCol w:w="3344"/>
      </w:tblGrid>
      <w:tr w:rsidR="008136AF" w:rsidRPr="008136AF" w14:paraId="40507839" w14:textId="77777777" w:rsidTr="008136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E14F39" w14:textId="77777777" w:rsidR="008136AF" w:rsidRPr="008136AF" w:rsidRDefault="008136AF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8136AF">
              <w:rPr>
                <w:b/>
                <w:bCs/>
                <w:lang w:val="en-ID"/>
              </w:rPr>
              <w:t>Pekan</w:t>
            </w:r>
          </w:p>
        </w:tc>
        <w:tc>
          <w:tcPr>
            <w:tcW w:w="0" w:type="auto"/>
            <w:vAlign w:val="center"/>
            <w:hideMark/>
          </w:tcPr>
          <w:p w14:paraId="3BA8FF45" w14:textId="77777777" w:rsidR="008136AF" w:rsidRPr="008136AF" w:rsidRDefault="008136AF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8136AF">
              <w:rPr>
                <w:b/>
                <w:bCs/>
                <w:lang w:val="en-ID"/>
              </w:rPr>
              <w:t>Jumat &amp; Sabtu (DL)</w:t>
            </w:r>
          </w:p>
        </w:tc>
        <w:tc>
          <w:tcPr>
            <w:tcW w:w="0" w:type="auto"/>
            <w:vAlign w:val="center"/>
            <w:hideMark/>
          </w:tcPr>
          <w:p w14:paraId="5D55D16F" w14:textId="77777777" w:rsidR="008136AF" w:rsidRPr="008136AF" w:rsidRDefault="008136AF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8136AF">
              <w:rPr>
                <w:b/>
                <w:bCs/>
                <w:lang w:val="en-ID"/>
              </w:rPr>
              <w:t>Ahad (ABY)</w:t>
            </w:r>
          </w:p>
        </w:tc>
      </w:tr>
      <w:tr w:rsidR="008136AF" w:rsidRPr="008136AF" w14:paraId="5AD32927" w14:textId="77777777" w:rsidTr="008136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2107EF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03A44E0" w14:textId="7D7F7CD9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 xml:space="preserve">Bab 1: </w:t>
            </w:r>
            <w:proofErr w:type="spellStart"/>
            <w:r w:rsidRPr="008136AF">
              <w:rPr>
                <w:lang w:val="en-ID"/>
              </w:rPr>
              <w:t>Pengenalan</w:t>
            </w:r>
            <w:proofErr w:type="spellEnd"/>
            <w:r w:rsidRPr="008136AF">
              <w:rPr>
                <w:lang w:val="en-ID"/>
              </w:rPr>
              <w:t xml:space="preserve"> </w:t>
            </w:r>
            <w:proofErr w:type="spellStart"/>
            <w:r w:rsidRPr="008136AF">
              <w:rPr>
                <w:lang w:val="en-ID"/>
              </w:rPr>
              <w:t>dasar</w:t>
            </w:r>
            <w:proofErr w:type="spellEnd"/>
            <w:r w:rsidRPr="008136AF">
              <w:rPr>
                <w:lang w:val="en-ID"/>
              </w:rPr>
              <w:t xml:space="preserve"> &amp; </w:t>
            </w:r>
            <w:proofErr w:type="spellStart"/>
            <w:r w:rsidRPr="008136AF">
              <w:rPr>
                <w:lang w:val="en-ID"/>
              </w:rPr>
              <w:t>huruf</w:t>
            </w:r>
            <w:proofErr w:type="spellEnd"/>
            <w:r w:rsidRPr="008136AF">
              <w:rPr>
                <w:lang w:val="en-ID"/>
              </w:rPr>
              <w:t xml:space="preserve"> (</w:t>
            </w:r>
            <w:r w:rsidRPr="008136AF">
              <w:rPr>
                <w:rtl/>
                <w:lang w:val="en-ID"/>
              </w:rPr>
              <w:t>هٰذَا, مَا هٰذَا, مَنْ هٰذَا</w:t>
            </w:r>
            <w:r w:rsidRPr="008136AF">
              <w:rPr>
                <w:lang w:val="en-ID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671122E" w14:textId="77777777" w:rsidR="008136AF" w:rsidRPr="008136AF" w:rsidRDefault="008136AF" w:rsidP="00AA1B6A">
            <w:pPr>
              <w:spacing w:line="240" w:lineRule="auto"/>
              <w:rPr>
                <w:lang w:val="sv-SE"/>
              </w:rPr>
            </w:pPr>
            <w:r w:rsidRPr="008136AF">
              <w:rPr>
                <w:i/>
                <w:iCs/>
                <w:lang w:val="sv-SE"/>
              </w:rPr>
              <w:t>ABY</w:t>
            </w:r>
            <w:r w:rsidRPr="008136AF">
              <w:rPr>
                <w:lang w:val="sv-SE"/>
              </w:rPr>
              <w:t xml:space="preserve"> Unit 1: Kosakata &amp; membaca dasar</w:t>
            </w:r>
          </w:p>
        </w:tc>
      </w:tr>
      <w:tr w:rsidR="008136AF" w:rsidRPr="008136AF" w14:paraId="7FE884F1" w14:textId="77777777" w:rsidTr="008136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EB114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73C4C66" w14:textId="1EE59336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 xml:space="preserve">Bab 2: </w:t>
            </w:r>
            <w:r w:rsidRPr="008136AF">
              <w:rPr>
                <w:rtl/>
                <w:lang w:val="en-ID"/>
              </w:rPr>
              <w:t>ذَلِكَ</w:t>
            </w:r>
            <w:r w:rsidRPr="008136AF">
              <w:rPr>
                <w:lang w:val="en-ID"/>
              </w:rPr>
              <w:t xml:space="preserve"> (</w:t>
            </w:r>
            <w:proofErr w:type="spellStart"/>
            <w:r w:rsidRPr="008136AF">
              <w:rPr>
                <w:lang w:val="en-ID"/>
              </w:rPr>
              <w:t>itu</w:t>
            </w:r>
            <w:proofErr w:type="spellEnd"/>
            <w:r w:rsidRPr="008136AF">
              <w:rPr>
                <w:lang w:val="en-ID"/>
              </w:rPr>
              <w:t xml:space="preserve">) </w:t>
            </w:r>
          </w:p>
        </w:tc>
        <w:tc>
          <w:tcPr>
            <w:tcW w:w="0" w:type="auto"/>
            <w:vAlign w:val="center"/>
            <w:hideMark/>
          </w:tcPr>
          <w:p w14:paraId="2F4B898C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i/>
                <w:iCs/>
                <w:lang w:val="en-ID"/>
              </w:rPr>
              <w:t>ABY</w:t>
            </w:r>
            <w:r w:rsidRPr="008136AF">
              <w:rPr>
                <w:lang w:val="en-ID"/>
              </w:rPr>
              <w:t xml:space="preserve"> Unit 1 – </w:t>
            </w:r>
            <w:proofErr w:type="spellStart"/>
            <w:r w:rsidRPr="008136AF">
              <w:rPr>
                <w:lang w:val="en-ID"/>
              </w:rPr>
              <w:t>latihan</w:t>
            </w:r>
            <w:proofErr w:type="spellEnd"/>
            <w:r w:rsidRPr="008136AF">
              <w:rPr>
                <w:lang w:val="en-ID"/>
              </w:rPr>
              <w:t xml:space="preserve"> </w:t>
            </w:r>
            <w:proofErr w:type="spellStart"/>
            <w:r w:rsidRPr="008136AF">
              <w:rPr>
                <w:lang w:val="en-ID"/>
              </w:rPr>
              <w:t>teks</w:t>
            </w:r>
            <w:proofErr w:type="spellEnd"/>
            <w:r w:rsidRPr="008136AF">
              <w:rPr>
                <w:lang w:val="en-ID"/>
              </w:rPr>
              <w:t xml:space="preserve"> </w:t>
            </w:r>
            <w:proofErr w:type="spellStart"/>
            <w:r w:rsidRPr="008136AF">
              <w:rPr>
                <w:lang w:val="en-ID"/>
              </w:rPr>
              <w:t>pendek</w:t>
            </w:r>
            <w:proofErr w:type="spellEnd"/>
          </w:p>
        </w:tc>
      </w:tr>
      <w:tr w:rsidR="008136AF" w:rsidRPr="008136AF" w14:paraId="3D2E2F84" w14:textId="77777777" w:rsidTr="008136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40FD86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64ACDC7" w14:textId="1B0EBE41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>Bab 3: Al- (</w:t>
            </w:r>
            <w:r w:rsidR="00D02E89">
              <w:rPr>
                <w:lang w:val="en-ID"/>
              </w:rPr>
              <w:t>alif lam</w:t>
            </w:r>
            <w:r w:rsidRPr="008136AF">
              <w:rPr>
                <w:lang w:val="en-ID"/>
              </w:rPr>
              <w:t xml:space="preserve"> </w:t>
            </w:r>
            <w:proofErr w:type="spellStart"/>
            <w:r w:rsidRPr="008136AF">
              <w:rPr>
                <w:lang w:val="en-ID"/>
              </w:rPr>
              <w:t>Qamariyah</w:t>
            </w:r>
            <w:proofErr w:type="spellEnd"/>
            <w:r w:rsidRPr="008136AF">
              <w:rPr>
                <w:lang w:val="en-ID"/>
              </w:rPr>
              <w:t>/</w:t>
            </w:r>
            <w:proofErr w:type="spellStart"/>
            <w:r w:rsidRPr="008136AF">
              <w:rPr>
                <w:lang w:val="en-ID"/>
              </w:rPr>
              <w:t>Syamsiyyah</w:t>
            </w:r>
            <w:proofErr w:type="spellEnd"/>
            <w:r w:rsidRPr="008136AF">
              <w:rPr>
                <w:lang w:val="en-ID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EC52BCE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i/>
                <w:iCs/>
                <w:lang w:val="en-ID"/>
              </w:rPr>
              <w:t>ABY</w:t>
            </w:r>
            <w:r w:rsidRPr="008136AF">
              <w:rPr>
                <w:lang w:val="en-ID"/>
              </w:rPr>
              <w:t xml:space="preserve"> Unit 2: </w:t>
            </w:r>
            <w:proofErr w:type="spellStart"/>
            <w:r w:rsidRPr="008136AF">
              <w:rPr>
                <w:lang w:val="en-ID"/>
              </w:rPr>
              <w:t>Pengenalan</w:t>
            </w:r>
            <w:proofErr w:type="spellEnd"/>
            <w:r w:rsidRPr="008136AF">
              <w:rPr>
                <w:lang w:val="en-ID"/>
              </w:rPr>
              <w:t xml:space="preserve"> dialog </w:t>
            </w:r>
            <w:proofErr w:type="spellStart"/>
            <w:r w:rsidRPr="008136AF">
              <w:rPr>
                <w:lang w:val="en-ID"/>
              </w:rPr>
              <w:t>sederhana</w:t>
            </w:r>
            <w:proofErr w:type="spellEnd"/>
          </w:p>
        </w:tc>
      </w:tr>
      <w:tr w:rsidR="008136AF" w:rsidRPr="008136AF" w14:paraId="5BCD9027" w14:textId="77777777" w:rsidTr="008136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19ED7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lang w:val="en-ID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D97674F" w14:textId="77777777" w:rsidR="008136AF" w:rsidRPr="008136AF" w:rsidRDefault="008136AF" w:rsidP="00AA1B6A">
            <w:pPr>
              <w:spacing w:line="240" w:lineRule="auto"/>
              <w:rPr>
                <w:lang w:val="sv-SE"/>
              </w:rPr>
            </w:pPr>
            <w:r w:rsidRPr="008136AF">
              <w:rPr>
                <w:lang w:val="sv-SE"/>
              </w:rPr>
              <w:t>Bab 4: Kosakata dasar &amp; fungsi kata</w:t>
            </w:r>
          </w:p>
        </w:tc>
        <w:tc>
          <w:tcPr>
            <w:tcW w:w="0" w:type="auto"/>
            <w:vAlign w:val="center"/>
            <w:hideMark/>
          </w:tcPr>
          <w:p w14:paraId="34632D4C" w14:textId="77777777" w:rsidR="008136AF" w:rsidRPr="008136AF" w:rsidRDefault="008136AF" w:rsidP="00AA1B6A">
            <w:pPr>
              <w:spacing w:line="240" w:lineRule="auto"/>
              <w:rPr>
                <w:lang w:val="en-ID"/>
              </w:rPr>
            </w:pPr>
            <w:r w:rsidRPr="008136AF">
              <w:rPr>
                <w:i/>
                <w:iCs/>
                <w:lang w:val="en-ID"/>
              </w:rPr>
              <w:t>ABY</w:t>
            </w:r>
            <w:r w:rsidRPr="008136AF">
              <w:rPr>
                <w:lang w:val="en-ID"/>
              </w:rPr>
              <w:t xml:space="preserve"> Unit 2 – </w:t>
            </w:r>
            <w:proofErr w:type="spellStart"/>
            <w:r w:rsidRPr="008136AF">
              <w:rPr>
                <w:lang w:val="en-ID"/>
              </w:rPr>
              <w:t>percakapan</w:t>
            </w:r>
            <w:proofErr w:type="spellEnd"/>
            <w:r w:rsidRPr="008136AF">
              <w:rPr>
                <w:lang w:val="en-ID"/>
              </w:rPr>
              <w:t xml:space="preserve"> </w:t>
            </w:r>
            <w:proofErr w:type="spellStart"/>
            <w:r w:rsidRPr="008136AF">
              <w:rPr>
                <w:lang w:val="en-ID"/>
              </w:rPr>
              <w:t>singkat</w:t>
            </w:r>
            <w:proofErr w:type="spellEnd"/>
          </w:p>
        </w:tc>
      </w:tr>
    </w:tbl>
    <w:p w14:paraId="61F175CC" w14:textId="77777777" w:rsidR="008136AF" w:rsidRDefault="008136AF" w:rsidP="00AA1B6A">
      <w:pPr>
        <w:spacing w:after="0"/>
        <w:rPr>
          <w:lang w:val="en-ID"/>
        </w:rPr>
      </w:pPr>
    </w:p>
    <w:p w14:paraId="62A9E9A0" w14:textId="20431979" w:rsidR="008136AF" w:rsidRDefault="008136AF" w:rsidP="00AA1B6A">
      <w:pPr>
        <w:spacing w:after="0"/>
        <w:rPr>
          <w:lang w:val="sv-SE"/>
        </w:rPr>
      </w:pPr>
      <w:r w:rsidRPr="008136AF">
        <w:rPr>
          <w:rFonts w:ascii="Segoe UI Emoji" w:hAnsi="Segoe UI Emoji" w:cs="Segoe UI Emoji"/>
        </w:rPr>
        <w:t>🎯</w:t>
      </w:r>
      <w:r w:rsidRPr="008136AF">
        <w:rPr>
          <w:lang w:val="sv-SE"/>
        </w:rPr>
        <w:t xml:space="preserve"> </w:t>
      </w:r>
      <w:r w:rsidRPr="008136AF">
        <w:rPr>
          <w:b/>
          <w:bCs/>
          <w:lang w:val="sv-SE"/>
        </w:rPr>
        <w:t>Target:</w:t>
      </w:r>
      <w:r w:rsidRPr="008136AF">
        <w:rPr>
          <w:lang w:val="sv-SE"/>
        </w:rPr>
        <w:t xml:space="preserve"> lancar membaca huruf, harakat, dan kalimat sederhana</w:t>
      </w:r>
    </w:p>
    <w:p w14:paraId="5320D5A6" w14:textId="2D8C1729" w:rsidR="008136AF" w:rsidRPr="008136AF" w:rsidRDefault="008136AF" w:rsidP="008136AF">
      <w:pPr>
        <w:pStyle w:val="Heading2"/>
        <w:rPr>
          <w:lang w:val="sv-SE"/>
        </w:rPr>
      </w:pPr>
      <w:r w:rsidRPr="00D02E89">
        <w:rPr>
          <w:color w:val="632423" w:themeColor="accent2" w:themeShade="80"/>
          <w:lang w:val="sv-SE"/>
        </w:rPr>
        <w:t xml:space="preserve">Bulan </w:t>
      </w:r>
      <w:r w:rsidRPr="00D02E89">
        <w:rPr>
          <w:color w:val="632423" w:themeColor="accent2" w:themeShade="80"/>
          <w:lang w:val="sv-SE"/>
        </w:rPr>
        <w:t>I</w:t>
      </w:r>
      <w:r w:rsidRPr="00D02E89">
        <w:rPr>
          <w:color w:val="632423" w:themeColor="accent2" w:themeShade="80"/>
          <w:lang w:val="sv-SE"/>
        </w:rPr>
        <w:t xml:space="preserve">I - </w:t>
      </w:r>
      <w:r w:rsidR="00515B0F" w:rsidRPr="00D02E89">
        <w:rPr>
          <w:color w:val="632423" w:themeColor="accent2" w:themeShade="80"/>
          <w:lang w:val="sv-SE"/>
        </w:rPr>
        <w:t>Struktur Kalimat &amp; Kosakata</w:t>
      </w:r>
      <w:r>
        <w:rPr>
          <w:lang w:val="sv-SE"/>
        </w:rPr>
        <w:br/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"/>
        <w:gridCol w:w="3688"/>
        <w:gridCol w:w="3803"/>
      </w:tblGrid>
      <w:tr w:rsidR="00515B0F" w:rsidRPr="00515B0F" w14:paraId="16BC3A08" w14:textId="77777777" w:rsidTr="00515B0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0C251F" w14:textId="77777777" w:rsidR="00515B0F" w:rsidRPr="00515B0F" w:rsidRDefault="00515B0F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515B0F">
              <w:rPr>
                <w:b/>
                <w:bCs/>
                <w:lang w:val="en-ID"/>
              </w:rPr>
              <w:t>Pekan</w:t>
            </w:r>
          </w:p>
        </w:tc>
        <w:tc>
          <w:tcPr>
            <w:tcW w:w="0" w:type="auto"/>
            <w:vAlign w:val="center"/>
            <w:hideMark/>
          </w:tcPr>
          <w:p w14:paraId="68F8E083" w14:textId="77777777" w:rsidR="00515B0F" w:rsidRPr="00515B0F" w:rsidRDefault="00515B0F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515B0F">
              <w:rPr>
                <w:b/>
                <w:bCs/>
                <w:lang w:val="en-ID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14:paraId="2ECA0205" w14:textId="77777777" w:rsidR="00515B0F" w:rsidRPr="00515B0F" w:rsidRDefault="00515B0F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515B0F">
              <w:rPr>
                <w:b/>
                <w:bCs/>
                <w:lang w:val="en-ID"/>
              </w:rPr>
              <w:t>ABY</w:t>
            </w:r>
          </w:p>
        </w:tc>
      </w:tr>
      <w:tr w:rsidR="00515B0F" w:rsidRPr="00515B0F" w14:paraId="23DD7AA9" w14:textId="77777777" w:rsidTr="00515B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0B11EF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9BBCD2D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 xml:space="preserve">Bab 5: </w:t>
            </w:r>
            <w:proofErr w:type="spellStart"/>
            <w:r w:rsidRPr="00515B0F">
              <w:rPr>
                <w:lang w:val="en-ID"/>
              </w:rPr>
              <w:t>Struktur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dasar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jumlah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ismiyyah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BAF889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i/>
                <w:iCs/>
                <w:lang w:val="en-ID"/>
              </w:rPr>
              <w:t>ABY</w:t>
            </w:r>
            <w:r w:rsidRPr="00515B0F">
              <w:rPr>
                <w:lang w:val="en-ID"/>
              </w:rPr>
              <w:t xml:space="preserve"> Unit 3: Teks </w:t>
            </w:r>
            <w:proofErr w:type="spellStart"/>
            <w:r w:rsidRPr="00515B0F">
              <w:rPr>
                <w:lang w:val="en-ID"/>
              </w:rPr>
              <w:t>aktivitas</w:t>
            </w:r>
            <w:proofErr w:type="spellEnd"/>
          </w:p>
        </w:tc>
      </w:tr>
      <w:tr w:rsidR="00515B0F" w:rsidRPr="00515B0F" w14:paraId="025E393B" w14:textId="77777777" w:rsidTr="00515B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B7658A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0BEFED4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 xml:space="preserve">Bab 6: Dhamīr &amp; kata </w:t>
            </w:r>
            <w:proofErr w:type="spellStart"/>
            <w:r w:rsidRPr="00515B0F">
              <w:rPr>
                <w:lang w:val="en-ID"/>
              </w:rPr>
              <w:t>ganti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42DE7D" w14:textId="77777777" w:rsidR="00515B0F" w:rsidRPr="00515B0F" w:rsidRDefault="00515B0F" w:rsidP="00AA1B6A">
            <w:pPr>
              <w:spacing w:line="240" w:lineRule="auto"/>
              <w:rPr>
                <w:lang w:val="sv-SE"/>
              </w:rPr>
            </w:pPr>
            <w:r w:rsidRPr="00515B0F">
              <w:rPr>
                <w:i/>
                <w:iCs/>
                <w:lang w:val="sv-SE"/>
              </w:rPr>
              <w:t>ABY</w:t>
            </w:r>
            <w:r w:rsidRPr="00515B0F">
              <w:rPr>
                <w:lang w:val="sv-SE"/>
              </w:rPr>
              <w:t xml:space="preserve"> Unit 3 – dialog bertema sehari-hari</w:t>
            </w:r>
          </w:p>
        </w:tc>
      </w:tr>
      <w:tr w:rsidR="00515B0F" w:rsidRPr="00515B0F" w14:paraId="51980F27" w14:textId="77777777" w:rsidTr="00515B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C63B69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6E22715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 xml:space="preserve">Bab 7: </w:t>
            </w:r>
            <w:proofErr w:type="spellStart"/>
            <w:proofErr w:type="gramStart"/>
            <w:r w:rsidRPr="00515B0F">
              <w:rPr>
                <w:lang w:val="en-ID"/>
              </w:rPr>
              <w:t>Fi‘</w:t>
            </w:r>
            <w:proofErr w:type="gramEnd"/>
            <w:r w:rsidRPr="00515B0F">
              <w:rPr>
                <w:lang w:val="en-ID"/>
              </w:rPr>
              <w:t>il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māḍī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dasar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020573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i/>
                <w:iCs/>
                <w:lang w:val="en-ID"/>
              </w:rPr>
              <w:t>ABY</w:t>
            </w:r>
            <w:r w:rsidRPr="00515B0F">
              <w:rPr>
                <w:lang w:val="en-ID"/>
              </w:rPr>
              <w:t xml:space="preserve"> Unit 4: Teks </w:t>
            </w:r>
            <w:proofErr w:type="spellStart"/>
            <w:r w:rsidRPr="00515B0F">
              <w:rPr>
                <w:lang w:val="en-ID"/>
              </w:rPr>
              <w:t>naratif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pendek</w:t>
            </w:r>
            <w:proofErr w:type="spellEnd"/>
          </w:p>
        </w:tc>
      </w:tr>
      <w:tr w:rsidR="00515B0F" w:rsidRPr="00515B0F" w14:paraId="4FC84A51" w14:textId="77777777" w:rsidTr="00515B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8A271B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lang w:val="en-ID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C0B0BC7" w14:textId="77777777" w:rsidR="00515B0F" w:rsidRPr="00515B0F" w:rsidRDefault="00515B0F" w:rsidP="00AA1B6A">
            <w:pPr>
              <w:spacing w:line="240" w:lineRule="auto"/>
              <w:rPr>
                <w:lang w:val="sv-SE"/>
              </w:rPr>
            </w:pPr>
            <w:r w:rsidRPr="00515B0F">
              <w:rPr>
                <w:lang w:val="sv-SE"/>
              </w:rPr>
              <w:t>Bab 8: Fi‘il muḍāri‘ dasar</w:t>
            </w:r>
          </w:p>
        </w:tc>
        <w:tc>
          <w:tcPr>
            <w:tcW w:w="0" w:type="auto"/>
            <w:vAlign w:val="center"/>
            <w:hideMark/>
          </w:tcPr>
          <w:p w14:paraId="0ECFAA63" w14:textId="77777777" w:rsidR="00515B0F" w:rsidRPr="00515B0F" w:rsidRDefault="00515B0F" w:rsidP="00AA1B6A">
            <w:pPr>
              <w:spacing w:line="240" w:lineRule="auto"/>
              <w:rPr>
                <w:lang w:val="en-ID"/>
              </w:rPr>
            </w:pPr>
            <w:r w:rsidRPr="00515B0F">
              <w:rPr>
                <w:i/>
                <w:iCs/>
                <w:lang w:val="en-ID"/>
              </w:rPr>
              <w:t>ABY</w:t>
            </w:r>
            <w:r w:rsidRPr="00515B0F">
              <w:rPr>
                <w:lang w:val="en-ID"/>
              </w:rPr>
              <w:t xml:space="preserve"> Unit 4 – </w:t>
            </w:r>
            <w:proofErr w:type="spellStart"/>
            <w:r w:rsidRPr="00515B0F">
              <w:rPr>
                <w:lang w:val="en-ID"/>
              </w:rPr>
              <w:t>latihan</w:t>
            </w:r>
            <w:proofErr w:type="spellEnd"/>
            <w:r w:rsidRPr="00515B0F">
              <w:rPr>
                <w:lang w:val="en-ID"/>
              </w:rPr>
              <w:t xml:space="preserve"> </w:t>
            </w:r>
            <w:proofErr w:type="spellStart"/>
            <w:r w:rsidRPr="00515B0F">
              <w:rPr>
                <w:lang w:val="en-ID"/>
              </w:rPr>
              <w:t>pemahaman</w:t>
            </w:r>
            <w:proofErr w:type="spellEnd"/>
          </w:p>
        </w:tc>
      </w:tr>
    </w:tbl>
    <w:p w14:paraId="295AE4CC" w14:textId="03F232E1" w:rsidR="008136AF" w:rsidRDefault="008136AF" w:rsidP="008136AF">
      <w:pPr>
        <w:rPr>
          <w:lang w:val="en-ID"/>
        </w:rPr>
      </w:pPr>
    </w:p>
    <w:p w14:paraId="1F083576" w14:textId="34AF4E9C" w:rsidR="008136AF" w:rsidRDefault="008136AF" w:rsidP="008136AF">
      <w:pPr>
        <w:rPr>
          <w:lang w:val="sv-SE"/>
        </w:rPr>
      </w:pPr>
      <w:r w:rsidRPr="008136AF">
        <w:rPr>
          <w:rFonts w:ascii="Segoe UI Emoji" w:hAnsi="Segoe UI Emoji" w:cs="Segoe UI Emoji"/>
        </w:rPr>
        <w:t>🎯</w:t>
      </w:r>
      <w:r w:rsidRPr="008136AF">
        <w:rPr>
          <w:lang w:val="sv-SE"/>
        </w:rPr>
        <w:t xml:space="preserve"> </w:t>
      </w:r>
      <w:r w:rsidRPr="008136AF">
        <w:rPr>
          <w:b/>
          <w:bCs/>
          <w:lang w:val="sv-SE"/>
        </w:rPr>
        <w:t>Target:</w:t>
      </w:r>
      <w:r w:rsidRPr="008136AF">
        <w:rPr>
          <w:lang w:val="sv-SE"/>
        </w:rPr>
        <w:t xml:space="preserve"> </w:t>
      </w:r>
      <w:r w:rsidR="000D64CF" w:rsidRPr="000D64CF">
        <w:rPr>
          <w:lang w:val="sv-SE"/>
        </w:rPr>
        <w:t>memahami subjek-predikat &amp; teks pendek</w:t>
      </w:r>
    </w:p>
    <w:p w14:paraId="0A16D5BD" w14:textId="77777777" w:rsidR="00D02E89" w:rsidRDefault="00D02E89" w:rsidP="008136AF">
      <w:pPr>
        <w:rPr>
          <w:lang w:val="sv-SE"/>
        </w:rPr>
      </w:pPr>
    </w:p>
    <w:p w14:paraId="05446759" w14:textId="77777777" w:rsidR="00AA1B6A" w:rsidRDefault="00AA1B6A" w:rsidP="008136AF">
      <w:pPr>
        <w:rPr>
          <w:lang w:val="sv-SE"/>
        </w:rPr>
      </w:pPr>
    </w:p>
    <w:p w14:paraId="6EF3DEAD" w14:textId="02ECAD29" w:rsidR="0024534B" w:rsidRPr="00D02E89" w:rsidRDefault="0024534B" w:rsidP="0024534B">
      <w:pPr>
        <w:pStyle w:val="Heading2"/>
        <w:rPr>
          <w:color w:val="632423" w:themeColor="accent2" w:themeShade="80"/>
          <w:lang w:val="sv-SE"/>
        </w:rPr>
      </w:pPr>
      <w:r w:rsidRPr="00D02E89">
        <w:rPr>
          <w:color w:val="632423" w:themeColor="accent2" w:themeShade="80"/>
          <w:lang w:val="sv-SE"/>
        </w:rPr>
        <w:t>Bulan I</w:t>
      </w:r>
      <w:r w:rsidRPr="00D02E89">
        <w:rPr>
          <w:color w:val="632423" w:themeColor="accent2" w:themeShade="80"/>
          <w:lang w:val="sv-SE"/>
        </w:rPr>
        <w:t>I</w:t>
      </w:r>
      <w:r w:rsidRPr="00D02E89">
        <w:rPr>
          <w:color w:val="632423" w:themeColor="accent2" w:themeShade="80"/>
          <w:lang w:val="sv-SE"/>
        </w:rPr>
        <w:t xml:space="preserve">I - </w:t>
      </w:r>
      <w:r w:rsidR="007C5BB8" w:rsidRPr="00D02E89">
        <w:rPr>
          <w:color w:val="632423" w:themeColor="accent2" w:themeShade="80"/>
          <w:lang w:val="sv-SE"/>
        </w:rPr>
        <w:t>Frasa &amp; Hubungan Kata</w:t>
      </w:r>
      <w:r w:rsidRPr="00D02E89">
        <w:rPr>
          <w:color w:val="632423" w:themeColor="accent2" w:themeShade="80"/>
          <w:lang w:val="sv-SE"/>
        </w:rPr>
        <w:br/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"/>
        <w:gridCol w:w="2817"/>
        <w:gridCol w:w="2726"/>
      </w:tblGrid>
      <w:tr w:rsidR="007C5BB8" w:rsidRPr="007C5BB8" w14:paraId="19D03355" w14:textId="77777777" w:rsidTr="007C5BB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13D39F0" w14:textId="77777777" w:rsidR="007C5BB8" w:rsidRPr="007C5BB8" w:rsidRDefault="007C5BB8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7C5BB8">
              <w:rPr>
                <w:b/>
                <w:bCs/>
                <w:lang w:val="en-ID"/>
              </w:rPr>
              <w:t>Pekan</w:t>
            </w:r>
          </w:p>
        </w:tc>
        <w:tc>
          <w:tcPr>
            <w:tcW w:w="0" w:type="auto"/>
            <w:vAlign w:val="center"/>
            <w:hideMark/>
          </w:tcPr>
          <w:p w14:paraId="04E49265" w14:textId="77777777" w:rsidR="007C5BB8" w:rsidRPr="007C5BB8" w:rsidRDefault="007C5BB8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7C5BB8">
              <w:rPr>
                <w:b/>
                <w:bCs/>
                <w:lang w:val="en-ID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14:paraId="4FD0D6E0" w14:textId="77777777" w:rsidR="007C5BB8" w:rsidRPr="007C5BB8" w:rsidRDefault="007C5BB8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7C5BB8">
              <w:rPr>
                <w:b/>
                <w:bCs/>
                <w:lang w:val="en-ID"/>
              </w:rPr>
              <w:t>ABY</w:t>
            </w:r>
          </w:p>
        </w:tc>
      </w:tr>
      <w:tr w:rsidR="007C5BB8" w:rsidRPr="007C5BB8" w14:paraId="5D0CA86A" w14:textId="77777777" w:rsidTr="007C5B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4E0331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2DD5B4C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 xml:space="preserve">Bab 9: </w:t>
            </w:r>
            <w:proofErr w:type="spellStart"/>
            <w:proofErr w:type="gramStart"/>
            <w:r w:rsidRPr="007C5BB8">
              <w:rPr>
                <w:lang w:val="en-ID"/>
              </w:rPr>
              <w:t>Na‘</w:t>
            </w:r>
            <w:proofErr w:type="gramEnd"/>
            <w:r w:rsidRPr="007C5BB8">
              <w:rPr>
                <w:lang w:val="en-ID"/>
              </w:rPr>
              <w:t>at</w:t>
            </w:r>
            <w:proofErr w:type="spellEnd"/>
            <w:r w:rsidRPr="007C5BB8">
              <w:rPr>
                <w:lang w:val="en-ID"/>
              </w:rPr>
              <w:t xml:space="preserve"> &amp; </w:t>
            </w:r>
            <w:proofErr w:type="spellStart"/>
            <w:proofErr w:type="gramStart"/>
            <w:r w:rsidRPr="007C5BB8">
              <w:rPr>
                <w:lang w:val="en-ID"/>
              </w:rPr>
              <w:t>Man‘</w:t>
            </w:r>
            <w:proofErr w:type="gramEnd"/>
            <w:r w:rsidRPr="007C5BB8">
              <w:rPr>
                <w:lang w:val="en-ID"/>
              </w:rPr>
              <w:t>ūt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044D0C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i/>
                <w:iCs/>
                <w:lang w:val="en-ID"/>
              </w:rPr>
              <w:t>ABY</w:t>
            </w:r>
            <w:r w:rsidRPr="007C5BB8">
              <w:rPr>
                <w:lang w:val="en-ID"/>
              </w:rPr>
              <w:t xml:space="preserve"> Unit 5: Teks </w:t>
            </w:r>
            <w:proofErr w:type="spellStart"/>
            <w:r w:rsidRPr="007C5BB8">
              <w:rPr>
                <w:lang w:val="en-ID"/>
              </w:rPr>
              <w:t>deskriptif</w:t>
            </w:r>
            <w:proofErr w:type="spellEnd"/>
          </w:p>
        </w:tc>
      </w:tr>
      <w:tr w:rsidR="007C5BB8" w:rsidRPr="007C5BB8" w14:paraId="22D746CC" w14:textId="77777777" w:rsidTr="007C5B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A5C94B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78281377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 xml:space="preserve">Bab 10: </w:t>
            </w:r>
            <w:proofErr w:type="spellStart"/>
            <w:r w:rsidRPr="007C5BB8">
              <w:rPr>
                <w:lang w:val="en-ID"/>
              </w:rPr>
              <w:t>Idāfah</w:t>
            </w:r>
            <w:proofErr w:type="spellEnd"/>
            <w:r w:rsidRPr="007C5BB8">
              <w:rPr>
                <w:lang w:val="en-ID"/>
              </w:rPr>
              <w:t xml:space="preserve"> (</w:t>
            </w:r>
            <w:proofErr w:type="spellStart"/>
            <w:r w:rsidRPr="007C5BB8">
              <w:rPr>
                <w:lang w:val="en-ID"/>
              </w:rPr>
              <w:t>kepemilikan</w:t>
            </w:r>
            <w:proofErr w:type="spellEnd"/>
            <w:r w:rsidRPr="007C5BB8">
              <w:rPr>
                <w:lang w:val="en-ID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47FB88A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i/>
                <w:iCs/>
                <w:lang w:val="en-ID"/>
              </w:rPr>
              <w:t>ABY</w:t>
            </w:r>
            <w:r w:rsidRPr="007C5BB8">
              <w:rPr>
                <w:lang w:val="en-ID"/>
              </w:rPr>
              <w:t xml:space="preserve"> Unit 5 – </w:t>
            </w:r>
            <w:proofErr w:type="spellStart"/>
            <w:r w:rsidRPr="007C5BB8">
              <w:rPr>
                <w:lang w:val="en-ID"/>
              </w:rPr>
              <w:t>makna</w:t>
            </w:r>
            <w:proofErr w:type="spellEnd"/>
            <w:r w:rsidRPr="007C5BB8">
              <w:rPr>
                <w:lang w:val="en-ID"/>
              </w:rPr>
              <w:t xml:space="preserve"> global</w:t>
            </w:r>
          </w:p>
        </w:tc>
      </w:tr>
      <w:tr w:rsidR="007C5BB8" w:rsidRPr="007C5BB8" w14:paraId="5A4C2C00" w14:textId="77777777" w:rsidTr="007C5B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C3D095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6E25C11D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 xml:space="preserve">Bab 11: Isim </w:t>
            </w:r>
            <w:proofErr w:type="spellStart"/>
            <w:r w:rsidRPr="007C5BB8">
              <w:rPr>
                <w:lang w:val="en-ID"/>
              </w:rPr>
              <w:t>isyārah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6E5F56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i/>
                <w:iCs/>
                <w:lang w:val="en-ID"/>
              </w:rPr>
              <w:t>ABY</w:t>
            </w:r>
            <w:r w:rsidRPr="007C5BB8">
              <w:rPr>
                <w:lang w:val="en-ID"/>
              </w:rPr>
              <w:t xml:space="preserve"> Unit 6: </w:t>
            </w:r>
            <w:proofErr w:type="spellStart"/>
            <w:r w:rsidRPr="007C5BB8">
              <w:rPr>
                <w:lang w:val="en-ID"/>
              </w:rPr>
              <w:t>Kalimat</w:t>
            </w:r>
            <w:proofErr w:type="spellEnd"/>
            <w:r w:rsidRPr="007C5BB8">
              <w:rPr>
                <w:lang w:val="en-ID"/>
              </w:rPr>
              <w:t xml:space="preserve"> </w:t>
            </w:r>
            <w:proofErr w:type="spellStart"/>
            <w:r w:rsidRPr="007C5BB8">
              <w:rPr>
                <w:lang w:val="en-ID"/>
              </w:rPr>
              <w:t>lengkap</w:t>
            </w:r>
            <w:proofErr w:type="spellEnd"/>
          </w:p>
        </w:tc>
      </w:tr>
      <w:tr w:rsidR="007C5BB8" w:rsidRPr="007C5BB8" w14:paraId="1B1B9BF4" w14:textId="77777777" w:rsidTr="007C5B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40D9F6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4DF683AA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lang w:val="en-ID"/>
              </w:rPr>
              <w:t xml:space="preserve">Bab 12: </w:t>
            </w:r>
            <w:proofErr w:type="spellStart"/>
            <w:r w:rsidRPr="007C5BB8">
              <w:rPr>
                <w:lang w:val="en-ID"/>
              </w:rPr>
              <w:t>Ḥurūf</w:t>
            </w:r>
            <w:proofErr w:type="spellEnd"/>
            <w:r w:rsidRPr="007C5BB8">
              <w:rPr>
                <w:lang w:val="en-ID"/>
              </w:rPr>
              <w:t xml:space="preserve"> Jarr </w:t>
            </w:r>
            <w:proofErr w:type="spellStart"/>
            <w:r w:rsidRPr="007C5BB8">
              <w:rPr>
                <w:lang w:val="en-ID"/>
              </w:rPr>
              <w:t>dasar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25EDAC" w14:textId="77777777" w:rsidR="007C5BB8" w:rsidRPr="007C5BB8" w:rsidRDefault="007C5BB8" w:rsidP="00AA1B6A">
            <w:pPr>
              <w:spacing w:line="240" w:lineRule="auto"/>
              <w:rPr>
                <w:lang w:val="en-ID"/>
              </w:rPr>
            </w:pPr>
            <w:r w:rsidRPr="007C5BB8">
              <w:rPr>
                <w:i/>
                <w:iCs/>
                <w:lang w:val="en-ID"/>
              </w:rPr>
              <w:t>ABY</w:t>
            </w:r>
            <w:r w:rsidRPr="007C5BB8">
              <w:rPr>
                <w:lang w:val="en-ID"/>
              </w:rPr>
              <w:t xml:space="preserve"> Unit 6 – </w:t>
            </w:r>
            <w:proofErr w:type="spellStart"/>
            <w:r w:rsidRPr="007C5BB8">
              <w:rPr>
                <w:lang w:val="en-ID"/>
              </w:rPr>
              <w:t>konteks</w:t>
            </w:r>
            <w:proofErr w:type="spellEnd"/>
          </w:p>
        </w:tc>
      </w:tr>
    </w:tbl>
    <w:p w14:paraId="33777146" w14:textId="77777777" w:rsidR="0024534B" w:rsidRDefault="0024534B" w:rsidP="0024534B">
      <w:pPr>
        <w:rPr>
          <w:lang w:val="en-ID"/>
        </w:rPr>
      </w:pPr>
    </w:p>
    <w:p w14:paraId="08415284" w14:textId="7350DC57" w:rsidR="0024534B" w:rsidRDefault="0024534B" w:rsidP="0024534B">
      <w:pPr>
        <w:rPr>
          <w:lang w:val="sv-SE"/>
        </w:rPr>
      </w:pPr>
      <w:r w:rsidRPr="008136AF">
        <w:rPr>
          <w:rFonts w:ascii="Segoe UI Emoji" w:hAnsi="Segoe UI Emoji" w:cs="Segoe UI Emoji"/>
        </w:rPr>
        <w:t>🎯</w:t>
      </w:r>
      <w:r w:rsidRPr="008136AF">
        <w:rPr>
          <w:lang w:val="sv-SE"/>
        </w:rPr>
        <w:t xml:space="preserve"> </w:t>
      </w:r>
      <w:r w:rsidRPr="008136AF">
        <w:rPr>
          <w:b/>
          <w:bCs/>
          <w:lang w:val="sv-SE"/>
        </w:rPr>
        <w:t>Target:</w:t>
      </w:r>
      <w:r w:rsidRPr="008136AF">
        <w:rPr>
          <w:lang w:val="sv-SE"/>
        </w:rPr>
        <w:t xml:space="preserve"> </w:t>
      </w:r>
      <w:r w:rsidR="005A5C84" w:rsidRPr="005A5C84">
        <w:rPr>
          <w:lang w:val="sv-SE"/>
        </w:rPr>
        <w:t>memahami hubungan frasa &amp; struktur bacaan</w:t>
      </w:r>
    </w:p>
    <w:p w14:paraId="0A76FFF8" w14:textId="23C47FE0" w:rsidR="005A5C84" w:rsidRPr="00D02E89" w:rsidRDefault="005A5C84" w:rsidP="005A5C84">
      <w:pPr>
        <w:pStyle w:val="Heading2"/>
        <w:rPr>
          <w:color w:val="632423" w:themeColor="accent2" w:themeShade="80"/>
          <w:lang w:val="sv-SE"/>
        </w:rPr>
      </w:pPr>
      <w:r w:rsidRPr="00D02E89">
        <w:rPr>
          <w:color w:val="632423" w:themeColor="accent2" w:themeShade="80"/>
          <w:lang w:val="sv-SE"/>
        </w:rPr>
        <w:t>Bulan I</w:t>
      </w:r>
      <w:r w:rsidRPr="00D02E89">
        <w:rPr>
          <w:color w:val="632423" w:themeColor="accent2" w:themeShade="80"/>
          <w:lang w:val="sv-SE"/>
        </w:rPr>
        <w:t>V</w:t>
      </w:r>
      <w:r w:rsidRPr="00D02E89">
        <w:rPr>
          <w:color w:val="632423" w:themeColor="accent2" w:themeShade="80"/>
          <w:lang w:val="sv-SE"/>
        </w:rPr>
        <w:t xml:space="preserve"> - Analisis &amp; Konteks Teks</w:t>
      </w:r>
      <w:r w:rsidRPr="00D02E89">
        <w:rPr>
          <w:color w:val="632423" w:themeColor="accent2" w:themeShade="80"/>
          <w:lang w:val="sv-SE"/>
        </w:rPr>
        <w:br/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"/>
        <w:gridCol w:w="3360"/>
        <w:gridCol w:w="2976"/>
      </w:tblGrid>
      <w:tr w:rsidR="005A5C84" w:rsidRPr="005A5C84" w14:paraId="73586051" w14:textId="77777777" w:rsidTr="005A5C8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E59B73" w14:textId="77777777" w:rsidR="005A5C84" w:rsidRPr="005A5C84" w:rsidRDefault="005A5C84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5A5C84">
              <w:rPr>
                <w:b/>
                <w:bCs/>
                <w:lang w:val="en-ID"/>
              </w:rPr>
              <w:t>Pekan</w:t>
            </w:r>
          </w:p>
        </w:tc>
        <w:tc>
          <w:tcPr>
            <w:tcW w:w="0" w:type="auto"/>
            <w:vAlign w:val="center"/>
            <w:hideMark/>
          </w:tcPr>
          <w:p w14:paraId="4D89624B" w14:textId="77777777" w:rsidR="005A5C84" w:rsidRPr="005A5C84" w:rsidRDefault="005A5C84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5A5C84">
              <w:rPr>
                <w:b/>
                <w:bCs/>
                <w:lang w:val="en-ID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14:paraId="2A8CB715" w14:textId="77777777" w:rsidR="005A5C84" w:rsidRPr="005A5C84" w:rsidRDefault="005A5C84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5A5C84">
              <w:rPr>
                <w:b/>
                <w:bCs/>
                <w:lang w:val="en-ID"/>
              </w:rPr>
              <w:t>ABY</w:t>
            </w:r>
          </w:p>
        </w:tc>
      </w:tr>
      <w:tr w:rsidR="005A5C84" w:rsidRPr="005A5C84" w14:paraId="14D760C8" w14:textId="77777777" w:rsidTr="005A5C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3EC67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1A40F154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 xml:space="preserve">Bab 13: </w:t>
            </w:r>
            <w:proofErr w:type="spellStart"/>
            <w:r w:rsidRPr="005A5C84">
              <w:rPr>
                <w:lang w:val="en-ID"/>
              </w:rPr>
              <w:t>Jumlah</w:t>
            </w:r>
            <w:proofErr w:type="spellEnd"/>
            <w:r w:rsidRPr="005A5C84">
              <w:rPr>
                <w:lang w:val="en-ID"/>
              </w:rPr>
              <w:t xml:space="preserve"> </w:t>
            </w:r>
            <w:proofErr w:type="spellStart"/>
            <w:proofErr w:type="gramStart"/>
            <w:r w:rsidRPr="005A5C84">
              <w:rPr>
                <w:lang w:val="en-ID"/>
              </w:rPr>
              <w:t>fi‘</w:t>
            </w:r>
            <w:proofErr w:type="gramEnd"/>
            <w:r w:rsidRPr="005A5C84">
              <w:rPr>
                <w:lang w:val="en-ID"/>
              </w:rPr>
              <w:t>liyyah</w:t>
            </w:r>
            <w:proofErr w:type="spellEnd"/>
            <w:r w:rsidRPr="005A5C84">
              <w:rPr>
                <w:lang w:val="en-ID"/>
              </w:rPr>
              <w:t xml:space="preserve"> </w:t>
            </w:r>
            <w:proofErr w:type="spellStart"/>
            <w:r w:rsidRPr="005A5C84">
              <w:rPr>
                <w:lang w:val="en-ID"/>
              </w:rPr>
              <w:t>lanjutan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76E90D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i/>
                <w:iCs/>
                <w:lang w:val="en-ID"/>
              </w:rPr>
              <w:t>ABY</w:t>
            </w:r>
            <w:r w:rsidRPr="005A5C84">
              <w:rPr>
                <w:lang w:val="en-ID"/>
              </w:rPr>
              <w:t xml:space="preserve"> Unit 7: Teks </w:t>
            </w:r>
            <w:proofErr w:type="spellStart"/>
            <w:r w:rsidRPr="005A5C84">
              <w:rPr>
                <w:lang w:val="en-ID"/>
              </w:rPr>
              <w:t>menengah</w:t>
            </w:r>
            <w:proofErr w:type="spellEnd"/>
          </w:p>
        </w:tc>
      </w:tr>
      <w:tr w:rsidR="005A5C84" w:rsidRPr="005A5C84" w14:paraId="002C829C" w14:textId="77777777" w:rsidTr="005A5C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A88FF5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4EA75F6D" w14:textId="77777777" w:rsidR="005A5C84" w:rsidRPr="005A5C84" w:rsidRDefault="005A5C84" w:rsidP="00AA1B6A">
            <w:pPr>
              <w:spacing w:line="240" w:lineRule="auto"/>
              <w:rPr>
                <w:lang w:val="sv-SE"/>
              </w:rPr>
            </w:pPr>
            <w:r w:rsidRPr="005A5C84">
              <w:rPr>
                <w:lang w:val="sv-SE"/>
              </w:rPr>
              <w:t>Bab 14: Perubahan pola kata kerja</w:t>
            </w:r>
          </w:p>
        </w:tc>
        <w:tc>
          <w:tcPr>
            <w:tcW w:w="0" w:type="auto"/>
            <w:vAlign w:val="center"/>
            <w:hideMark/>
          </w:tcPr>
          <w:p w14:paraId="0604C5FF" w14:textId="77777777" w:rsidR="005A5C84" w:rsidRPr="005A5C84" w:rsidRDefault="005A5C84" w:rsidP="00AA1B6A">
            <w:pPr>
              <w:spacing w:line="240" w:lineRule="auto"/>
              <w:rPr>
                <w:lang w:val="sv-SE"/>
              </w:rPr>
            </w:pPr>
            <w:r w:rsidRPr="005A5C84">
              <w:rPr>
                <w:i/>
                <w:iCs/>
                <w:lang w:val="sv-SE"/>
              </w:rPr>
              <w:t>ABY</w:t>
            </w:r>
            <w:r w:rsidRPr="005A5C84">
              <w:rPr>
                <w:lang w:val="sv-SE"/>
              </w:rPr>
              <w:t xml:space="preserve"> Unit 7 – diskusi isi teks</w:t>
            </w:r>
          </w:p>
        </w:tc>
      </w:tr>
      <w:tr w:rsidR="005A5C84" w:rsidRPr="005A5C84" w14:paraId="6D498471" w14:textId="77777777" w:rsidTr="005A5C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9B4C46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4EC9FCB6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 xml:space="preserve">Bab 15: </w:t>
            </w:r>
            <w:proofErr w:type="spellStart"/>
            <w:r w:rsidRPr="005A5C84">
              <w:rPr>
                <w:lang w:val="en-ID"/>
              </w:rPr>
              <w:t>Struktur</w:t>
            </w:r>
            <w:proofErr w:type="spellEnd"/>
            <w:r w:rsidRPr="005A5C84">
              <w:rPr>
                <w:lang w:val="en-ID"/>
              </w:rPr>
              <w:t xml:space="preserve"> </w:t>
            </w:r>
            <w:proofErr w:type="spellStart"/>
            <w:r w:rsidRPr="005A5C84">
              <w:rPr>
                <w:lang w:val="en-ID"/>
              </w:rPr>
              <w:t>kompleks</w:t>
            </w:r>
            <w:proofErr w:type="spellEnd"/>
            <w:r w:rsidRPr="005A5C84">
              <w:rPr>
                <w:lang w:val="en-ID"/>
              </w:rPr>
              <w:t xml:space="preserve"> </w:t>
            </w:r>
            <w:proofErr w:type="spellStart"/>
            <w:r w:rsidRPr="005A5C84">
              <w:rPr>
                <w:lang w:val="en-ID"/>
              </w:rPr>
              <w:t>kalimat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F0ADD5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i/>
                <w:iCs/>
                <w:lang w:val="en-ID"/>
              </w:rPr>
              <w:t>ABY</w:t>
            </w:r>
            <w:r w:rsidRPr="005A5C84">
              <w:rPr>
                <w:lang w:val="en-ID"/>
              </w:rPr>
              <w:t xml:space="preserve"> Unit 8: </w:t>
            </w:r>
            <w:proofErr w:type="spellStart"/>
            <w:r w:rsidRPr="005A5C84">
              <w:rPr>
                <w:lang w:val="en-ID"/>
              </w:rPr>
              <w:t>Membaca</w:t>
            </w:r>
            <w:proofErr w:type="spellEnd"/>
            <w:r w:rsidRPr="005A5C84">
              <w:rPr>
                <w:lang w:val="en-ID"/>
              </w:rPr>
              <w:t xml:space="preserve"> </w:t>
            </w:r>
            <w:proofErr w:type="spellStart"/>
            <w:r w:rsidRPr="005A5C84">
              <w:rPr>
                <w:lang w:val="en-ID"/>
              </w:rPr>
              <w:t>naratif</w:t>
            </w:r>
            <w:proofErr w:type="spellEnd"/>
          </w:p>
        </w:tc>
      </w:tr>
      <w:tr w:rsidR="005A5C84" w:rsidRPr="005A5C84" w14:paraId="0F826F6B" w14:textId="77777777" w:rsidTr="005A5C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6AC881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739AD49A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lang w:val="en-ID"/>
              </w:rPr>
              <w:t xml:space="preserve">Bab 16: Latihan </w:t>
            </w:r>
            <w:proofErr w:type="spellStart"/>
            <w:r w:rsidRPr="005A5C84">
              <w:rPr>
                <w:lang w:val="en-ID"/>
              </w:rPr>
              <w:t>penguatan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DB0CB0" w14:textId="77777777" w:rsidR="005A5C84" w:rsidRPr="005A5C84" w:rsidRDefault="005A5C84" w:rsidP="00AA1B6A">
            <w:pPr>
              <w:spacing w:line="240" w:lineRule="auto"/>
              <w:rPr>
                <w:lang w:val="en-ID"/>
              </w:rPr>
            </w:pPr>
            <w:r w:rsidRPr="005A5C84">
              <w:rPr>
                <w:i/>
                <w:iCs/>
                <w:lang w:val="en-ID"/>
              </w:rPr>
              <w:t>ABY</w:t>
            </w:r>
            <w:r w:rsidRPr="005A5C84">
              <w:rPr>
                <w:lang w:val="en-ID"/>
              </w:rPr>
              <w:t xml:space="preserve"> Unit 8 – strategi </w:t>
            </w:r>
            <w:proofErr w:type="spellStart"/>
            <w:r w:rsidRPr="005A5C84">
              <w:rPr>
                <w:lang w:val="en-ID"/>
              </w:rPr>
              <w:t>membaca</w:t>
            </w:r>
            <w:proofErr w:type="spellEnd"/>
          </w:p>
        </w:tc>
      </w:tr>
    </w:tbl>
    <w:p w14:paraId="4CE4AADE" w14:textId="77777777" w:rsidR="005A5C84" w:rsidRDefault="005A5C84" w:rsidP="005A5C84">
      <w:pPr>
        <w:rPr>
          <w:lang w:val="en-ID"/>
        </w:rPr>
      </w:pPr>
    </w:p>
    <w:p w14:paraId="528A7945" w14:textId="5474CE7E" w:rsidR="003C152C" w:rsidRDefault="005A5C84" w:rsidP="003C152C">
      <w:r w:rsidRPr="008136AF">
        <w:rPr>
          <w:rFonts w:ascii="Segoe UI Emoji" w:hAnsi="Segoe UI Emoji" w:cs="Segoe UI Emoji"/>
        </w:rPr>
        <w:t>🎯</w:t>
      </w:r>
      <w:r w:rsidRPr="00FB417F">
        <w:rPr>
          <w:lang w:val="en-ID"/>
        </w:rPr>
        <w:t xml:space="preserve"> </w:t>
      </w:r>
      <w:r w:rsidRPr="00FB417F">
        <w:rPr>
          <w:b/>
          <w:bCs/>
          <w:lang w:val="en-ID"/>
        </w:rPr>
        <w:t>Target:</w:t>
      </w:r>
      <w:r w:rsidRPr="00FB417F">
        <w:rPr>
          <w:lang w:val="en-ID"/>
        </w:rPr>
        <w:t xml:space="preserve"> </w:t>
      </w:r>
      <w:proofErr w:type="spellStart"/>
      <w:r w:rsidR="004E091D" w:rsidRPr="004E091D">
        <w:t>membaca</w:t>
      </w:r>
      <w:proofErr w:type="spellEnd"/>
      <w:r w:rsidR="004E091D" w:rsidRPr="004E091D">
        <w:t xml:space="preserve"> </w:t>
      </w:r>
      <w:proofErr w:type="spellStart"/>
      <w:r w:rsidR="004E091D" w:rsidRPr="004E091D">
        <w:t>konteks</w:t>
      </w:r>
      <w:proofErr w:type="spellEnd"/>
      <w:r w:rsidR="004E091D" w:rsidRPr="004E091D">
        <w:t xml:space="preserve"> yang </w:t>
      </w:r>
      <w:proofErr w:type="spellStart"/>
      <w:r w:rsidR="004E091D" w:rsidRPr="004E091D">
        <w:t>lebih</w:t>
      </w:r>
      <w:proofErr w:type="spellEnd"/>
      <w:r w:rsidR="004E091D" w:rsidRPr="004E091D">
        <w:t xml:space="preserve"> </w:t>
      </w:r>
      <w:proofErr w:type="spellStart"/>
      <w:r w:rsidR="004E091D" w:rsidRPr="004E091D">
        <w:t>luas</w:t>
      </w:r>
      <w:proofErr w:type="spellEnd"/>
      <w:r w:rsidR="004E091D" w:rsidRPr="004E091D">
        <w:t xml:space="preserve"> &amp; </w:t>
      </w:r>
      <w:r w:rsidR="00FB417F">
        <w:t>structural</w:t>
      </w:r>
    </w:p>
    <w:p w14:paraId="2022A83E" w14:textId="77777777" w:rsidR="003C152C" w:rsidRDefault="003C152C">
      <w:r>
        <w:br w:type="page"/>
      </w:r>
    </w:p>
    <w:p w14:paraId="4ECE1E7F" w14:textId="77777777" w:rsidR="00FB417F" w:rsidRPr="003C152C" w:rsidRDefault="00FB417F" w:rsidP="003C152C"/>
    <w:p w14:paraId="50926FDB" w14:textId="5F5585A9" w:rsidR="004E091D" w:rsidRPr="00D02E89" w:rsidRDefault="004E091D" w:rsidP="00C52F0C">
      <w:pPr>
        <w:pStyle w:val="Heading2"/>
        <w:rPr>
          <w:color w:val="632423" w:themeColor="accent2" w:themeShade="80"/>
          <w:lang w:val="sv-SE"/>
        </w:rPr>
      </w:pPr>
      <w:r w:rsidRPr="00D02E89">
        <w:rPr>
          <w:color w:val="632423" w:themeColor="accent2" w:themeShade="80"/>
          <w:lang w:val="sv-SE"/>
        </w:rPr>
        <w:t xml:space="preserve">Bulan V - </w:t>
      </w:r>
      <w:proofErr w:type="spellStart"/>
      <w:r w:rsidR="00C52F0C" w:rsidRPr="00D02E89">
        <w:rPr>
          <w:color w:val="632423" w:themeColor="accent2" w:themeShade="80"/>
        </w:rPr>
        <w:t>Pembacaan</w:t>
      </w:r>
      <w:proofErr w:type="spellEnd"/>
      <w:r w:rsidR="00C52F0C" w:rsidRPr="00D02E89">
        <w:rPr>
          <w:color w:val="632423" w:themeColor="accent2" w:themeShade="80"/>
        </w:rPr>
        <w:t xml:space="preserve"> </w:t>
      </w:r>
      <w:proofErr w:type="spellStart"/>
      <w:r w:rsidR="00C52F0C" w:rsidRPr="00D02E89">
        <w:rPr>
          <w:color w:val="632423" w:themeColor="accent2" w:themeShade="80"/>
        </w:rPr>
        <w:t>Mandiri</w:t>
      </w:r>
      <w:proofErr w:type="spellEnd"/>
      <w:r w:rsidRPr="00D02E89">
        <w:rPr>
          <w:color w:val="632423" w:themeColor="accent2" w:themeShade="80"/>
          <w:lang w:val="sv-SE"/>
        </w:rPr>
        <w:br/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"/>
        <w:gridCol w:w="3633"/>
        <w:gridCol w:w="2781"/>
      </w:tblGrid>
      <w:tr w:rsidR="00C52F0C" w:rsidRPr="00C52F0C" w14:paraId="004CFF86" w14:textId="77777777" w:rsidTr="00C52F0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F96BC7" w14:textId="77777777" w:rsidR="00C52F0C" w:rsidRPr="00C52F0C" w:rsidRDefault="00C52F0C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C52F0C">
              <w:rPr>
                <w:b/>
                <w:bCs/>
                <w:lang w:val="en-ID"/>
              </w:rPr>
              <w:t>Pekan</w:t>
            </w:r>
          </w:p>
        </w:tc>
        <w:tc>
          <w:tcPr>
            <w:tcW w:w="0" w:type="auto"/>
            <w:vAlign w:val="center"/>
            <w:hideMark/>
          </w:tcPr>
          <w:p w14:paraId="6CA869A3" w14:textId="77777777" w:rsidR="00C52F0C" w:rsidRPr="00C52F0C" w:rsidRDefault="00C52F0C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C52F0C">
              <w:rPr>
                <w:b/>
                <w:bCs/>
                <w:lang w:val="en-ID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14:paraId="13E982D6" w14:textId="77777777" w:rsidR="00C52F0C" w:rsidRPr="00C52F0C" w:rsidRDefault="00C52F0C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C52F0C">
              <w:rPr>
                <w:b/>
                <w:bCs/>
                <w:lang w:val="en-ID"/>
              </w:rPr>
              <w:t>ABY</w:t>
            </w:r>
          </w:p>
        </w:tc>
      </w:tr>
      <w:tr w:rsidR="00C52F0C" w:rsidRPr="00C52F0C" w14:paraId="398B7810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F35880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2696EF69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17: Review </w:t>
            </w:r>
            <w:proofErr w:type="spellStart"/>
            <w:r w:rsidRPr="00C52F0C">
              <w:rPr>
                <w:lang w:val="en-ID"/>
              </w:rPr>
              <w:t>struktur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dasar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6B46E5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9: Teks non-dialog</w:t>
            </w:r>
          </w:p>
        </w:tc>
      </w:tr>
      <w:tr w:rsidR="00C52F0C" w:rsidRPr="00C52F0C" w14:paraId="466C4BDF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89D27B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605C9C43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18: Teks </w:t>
            </w:r>
            <w:proofErr w:type="spellStart"/>
            <w:r w:rsidRPr="00C52F0C">
              <w:rPr>
                <w:lang w:val="en-ID"/>
              </w:rPr>
              <w:t>panjang</w:t>
            </w:r>
            <w:proofErr w:type="spellEnd"/>
            <w:r w:rsidRPr="00C52F0C">
              <w:rPr>
                <w:lang w:val="en-ID"/>
              </w:rPr>
              <w:t xml:space="preserve"> &amp; </w:t>
            </w:r>
            <w:proofErr w:type="spellStart"/>
            <w:r w:rsidRPr="00C52F0C">
              <w:rPr>
                <w:lang w:val="en-ID"/>
              </w:rPr>
              <w:t>wacana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E39F8A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9 – </w:t>
            </w:r>
            <w:proofErr w:type="spellStart"/>
            <w:r w:rsidRPr="00C52F0C">
              <w:rPr>
                <w:lang w:val="en-ID"/>
              </w:rPr>
              <w:t>ekspresi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makna</w:t>
            </w:r>
            <w:proofErr w:type="spellEnd"/>
          </w:p>
        </w:tc>
      </w:tr>
      <w:tr w:rsidR="00C52F0C" w:rsidRPr="00C52F0C" w14:paraId="3411CB69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A78294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0C493612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19: </w:t>
            </w:r>
            <w:proofErr w:type="spellStart"/>
            <w:r w:rsidRPr="00C52F0C">
              <w:rPr>
                <w:lang w:val="en-ID"/>
              </w:rPr>
              <w:t>Aplikasi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membaca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mandiri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ABFCE5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10: </w:t>
            </w:r>
            <w:proofErr w:type="spellStart"/>
            <w:r w:rsidRPr="00C52F0C">
              <w:rPr>
                <w:lang w:val="en-ID"/>
              </w:rPr>
              <w:t>Analisis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teks</w:t>
            </w:r>
            <w:proofErr w:type="spellEnd"/>
          </w:p>
        </w:tc>
      </w:tr>
      <w:tr w:rsidR="00C52F0C" w:rsidRPr="00C52F0C" w14:paraId="76A018CC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55C7A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2DA98C4A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20: Integrasi </w:t>
            </w:r>
            <w:proofErr w:type="spellStart"/>
            <w:r w:rsidRPr="00C52F0C">
              <w:rPr>
                <w:lang w:val="en-ID"/>
              </w:rPr>
              <w:t>seluruh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bab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77AFCC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10 – </w:t>
            </w:r>
            <w:proofErr w:type="spellStart"/>
            <w:r w:rsidRPr="00C52F0C">
              <w:rPr>
                <w:lang w:val="en-ID"/>
              </w:rPr>
              <w:t>diskusi</w:t>
            </w:r>
            <w:proofErr w:type="spellEnd"/>
          </w:p>
        </w:tc>
      </w:tr>
      <w:tr w:rsidR="00C52F0C" w:rsidRPr="00C52F0C" w14:paraId="5572C026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E43554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2BDED506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21: Latihan </w:t>
            </w:r>
            <w:proofErr w:type="spellStart"/>
            <w:r w:rsidRPr="00C52F0C">
              <w:rPr>
                <w:lang w:val="en-ID"/>
              </w:rPr>
              <w:t>lanjutan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9F0440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11: </w:t>
            </w:r>
            <w:proofErr w:type="spellStart"/>
            <w:r w:rsidRPr="00C52F0C">
              <w:rPr>
                <w:lang w:val="en-ID"/>
              </w:rPr>
              <w:t>Evaluasi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awal</w:t>
            </w:r>
            <w:proofErr w:type="spellEnd"/>
          </w:p>
        </w:tc>
      </w:tr>
      <w:tr w:rsidR="00C52F0C" w:rsidRPr="00C52F0C" w14:paraId="2FEED690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4254C9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41BB7AD6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22: </w:t>
            </w:r>
            <w:proofErr w:type="spellStart"/>
            <w:r w:rsidRPr="00C52F0C">
              <w:rPr>
                <w:lang w:val="en-ID"/>
              </w:rPr>
              <w:t>Simulasi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bacaan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643916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11 – </w:t>
            </w:r>
            <w:proofErr w:type="spellStart"/>
            <w:r w:rsidRPr="00C52F0C">
              <w:rPr>
                <w:lang w:val="en-ID"/>
              </w:rPr>
              <w:t>refleksi</w:t>
            </w:r>
            <w:proofErr w:type="spellEnd"/>
          </w:p>
        </w:tc>
      </w:tr>
      <w:tr w:rsidR="00C52F0C" w:rsidRPr="00C52F0C" w14:paraId="1FB0B590" w14:textId="77777777" w:rsidTr="00C52F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AA166B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302B0B58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lang w:val="en-ID"/>
              </w:rPr>
              <w:t xml:space="preserve">Bab 23: </w:t>
            </w:r>
            <w:proofErr w:type="spellStart"/>
            <w:r w:rsidRPr="00C52F0C">
              <w:rPr>
                <w:lang w:val="en-ID"/>
              </w:rPr>
              <w:t>Pengayaan</w:t>
            </w:r>
            <w:proofErr w:type="spellEnd"/>
            <w:r w:rsidRPr="00C52F0C">
              <w:rPr>
                <w:lang w:val="en-ID"/>
              </w:rPr>
              <w:t xml:space="preserve"> &amp; problem solving</w:t>
            </w:r>
          </w:p>
        </w:tc>
        <w:tc>
          <w:tcPr>
            <w:tcW w:w="0" w:type="auto"/>
            <w:vAlign w:val="center"/>
            <w:hideMark/>
          </w:tcPr>
          <w:p w14:paraId="7E5F0E33" w14:textId="77777777" w:rsidR="00C52F0C" w:rsidRPr="00C52F0C" w:rsidRDefault="00C52F0C" w:rsidP="00AA1B6A">
            <w:pPr>
              <w:spacing w:line="240" w:lineRule="auto"/>
              <w:rPr>
                <w:lang w:val="en-ID"/>
              </w:rPr>
            </w:pPr>
            <w:r w:rsidRPr="00C52F0C">
              <w:rPr>
                <w:i/>
                <w:iCs/>
                <w:lang w:val="en-ID"/>
              </w:rPr>
              <w:t>ABY</w:t>
            </w:r>
            <w:r w:rsidRPr="00C52F0C">
              <w:rPr>
                <w:lang w:val="en-ID"/>
              </w:rPr>
              <w:t xml:space="preserve"> Unit 12: </w:t>
            </w:r>
            <w:proofErr w:type="spellStart"/>
            <w:r w:rsidRPr="00C52F0C">
              <w:rPr>
                <w:lang w:val="en-ID"/>
              </w:rPr>
              <w:t>Ujian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teks</w:t>
            </w:r>
            <w:proofErr w:type="spellEnd"/>
            <w:r w:rsidRPr="00C52F0C">
              <w:rPr>
                <w:lang w:val="en-ID"/>
              </w:rPr>
              <w:t xml:space="preserve"> </w:t>
            </w:r>
            <w:proofErr w:type="spellStart"/>
            <w:r w:rsidRPr="00C52F0C">
              <w:rPr>
                <w:lang w:val="en-ID"/>
              </w:rPr>
              <w:t>awal</w:t>
            </w:r>
            <w:proofErr w:type="spellEnd"/>
          </w:p>
        </w:tc>
      </w:tr>
    </w:tbl>
    <w:p w14:paraId="3EAA2CCE" w14:textId="77777777" w:rsidR="004E091D" w:rsidRDefault="004E091D" w:rsidP="004E091D">
      <w:pPr>
        <w:rPr>
          <w:lang w:val="en-ID"/>
        </w:rPr>
      </w:pPr>
    </w:p>
    <w:p w14:paraId="2185BE7E" w14:textId="2B1E8112" w:rsidR="004E091D" w:rsidRPr="006E2552" w:rsidRDefault="004E091D" w:rsidP="006E2552">
      <w:pPr>
        <w:rPr>
          <w:lang w:val="sv-SE"/>
        </w:rPr>
      </w:pPr>
      <w:r w:rsidRPr="008136AF">
        <w:rPr>
          <w:rFonts w:ascii="Segoe UI Emoji" w:hAnsi="Segoe UI Emoji" w:cs="Segoe UI Emoji"/>
        </w:rPr>
        <w:t>🎯</w:t>
      </w:r>
      <w:r w:rsidRPr="008136AF">
        <w:rPr>
          <w:lang w:val="sv-SE"/>
        </w:rPr>
        <w:t xml:space="preserve"> </w:t>
      </w:r>
      <w:r w:rsidRPr="008136AF">
        <w:rPr>
          <w:b/>
          <w:bCs/>
          <w:lang w:val="sv-SE"/>
        </w:rPr>
        <w:t>Target:</w:t>
      </w:r>
      <w:r w:rsidRPr="008136AF">
        <w:rPr>
          <w:lang w:val="sv-SE"/>
        </w:rPr>
        <w:t xml:space="preserve"> </w:t>
      </w:r>
      <w:r w:rsidR="006E2552" w:rsidRPr="006E2552">
        <w:rPr>
          <w:lang w:val="sv-SE"/>
        </w:rPr>
        <w:t>Peserta mampu membaca &amp; menjelaskan teks mandiri efektif</w:t>
      </w:r>
    </w:p>
    <w:p w14:paraId="76706616" w14:textId="762C7499" w:rsidR="006E2552" w:rsidRPr="00D02E89" w:rsidRDefault="006E2552" w:rsidP="006E2552">
      <w:pPr>
        <w:pStyle w:val="Heading2"/>
        <w:rPr>
          <w:color w:val="632423" w:themeColor="accent2" w:themeShade="80"/>
          <w:lang w:val="sv-SE"/>
        </w:rPr>
      </w:pPr>
      <w:r w:rsidRPr="00D02E89">
        <w:rPr>
          <w:color w:val="632423" w:themeColor="accent2" w:themeShade="80"/>
          <w:lang w:val="sv-SE"/>
        </w:rPr>
        <w:t>Bulan V</w:t>
      </w:r>
      <w:r w:rsidRPr="00D02E89">
        <w:rPr>
          <w:color w:val="632423" w:themeColor="accent2" w:themeShade="80"/>
          <w:lang w:val="sv-SE"/>
        </w:rPr>
        <w:t>I</w:t>
      </w:r>
      <w:r w:rsidRPr="00D02E89">
        <w:rPr>
          <w:color w:val="632423" w:themeColor="accent2" w:themeShade="80"/>
          <w:lang w:val="sv-SE"/>
        </w:rPr>
        <w:t xml:space="preserve"> - </w:t>
      </w:r>
      <w:r w:rsidRPr="00D02E89">
        <w:rPr>
          <w:color w:val="632423" w:themeColor="accent2" w:themeShade="80"/>
        </w:rPr>
        <w:t>EVALUASI &amp; UJIAN</w:t>
      </w:r>
      <w:r w:rsidRPr="00D02E89">
        <w:rPr>
          <w:color w:val="632423" w:themeColor="accent2" w:themeShade="80"/>
          <w:lang w:val="sv-SE"/>
        </w:rPr>
        <w:br/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"/>
        <w:gridCol w:w="3662"/>
      </w:tblGrid>
      <w:tr w:rsidR="006E2552" w:rsidRPr="006E2552" w14:paraId="3E1B96BF" w14:textId="77777777" w:rsidTr="00AA1B6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EEBA95" w14:textId="77777777" w:rsidR="006E2552" w:rsidRPr="006E2552" w:rsidRDefault="006E2552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r w:rsidRPr="006E2552">
              <w:rPr>
                <w:b/>
                <w:bCs/>
                <w:lang w:val="en-ID"/>
              </w:rPr>
              <w:t>Pekan</w:t>
            </w:r>
          </w:p>
        </w:tc>
        <w:tc>
          <w:tcPr>
            <w:tcW w:w="3617" w:type="dxa"/>
            <w:vAlign w:val="center"/>
            <w:hideMark/>
          </w:tcPr>
          <w:p w14:paraId="1278C49E" w14:textId="77777777" w:rsidR="006E2552" w:rsidRPr="006E2552" w:rsidRDefault="006E2552" w:rsidP="00AA1B6A">
            <w:pPr>
              <w:spacing w:line="240" w:lineRule="auto"/>
              <w:jc w:val="center"/>
              <w:rPr>
                <w:b/>
                <w:bCs/>
                <w:lang w:val="en-ID"/>
              </w:rPr>
            </w:pPr>
            <w:proofErr w:type="spellStart"/>
            <w:r w:rsidRPr="006E2552">
              <w:rPr>
                <w:b/>
                <w:bCs/>
                <w:lang w:val="en-ID"/>
              </w:rPr>
              <w:t>Kegiatan</w:t>
            </w:r>
            <w:proofErr w:type="spellEnd"/>
          </w:p>
        </w:tc>
      </w:tr>
      <w:tr w:rsidR="006E2552" w:rsidRPr="006E2552" w14:paraId="2019F90C" w14:textId="77777777" w:rsidTr="00AA1B6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7303D0" w14:textId="77777777" w:rsidR="006E2552" w:rsidRPr="006E2552" w:rsidRDefault="006E2552" w:rsidP="00AA1B6A">
            <w:pPr>
              <w:spacing w:line="240" w:lineRule="auto"/>
              <w:rPr>
                <w:lang w:val="en-ID"/>
              </w:rPr>
            </w:pPr>
            <w:r w:rsidRPr="006E2552">
              <w:rPr>
                <w:lang w:val="en-ID"/>
              </w:rPr>
              <w:t>24</w:t>
            </w:r>
          </w:p>
        </w:tc>
        <w:tc>
          <w:tcPr>
            <w:tcW w:w="3617" w:type="dxa"/>
            <w:vAlign w:val="center"/>
            <w:hideMark/>
          </w:tcPr>
          <w:p w14:paraId="2E662804" w14:textId="57622942" w:rsidR="006E2552" w:rsidRPr="006E2552" w:rsidRDefault="006E2552" w:rsidP="00AA1B6A">
            <w:pPr>
              <w:spacing w:line="240" w:lineRule="auto"/>
              <w:rPr>
                <w:lang w:val="en-ID"/>
              </w:rPr>
            </w:pPr>
            <w:r w:rsidRPr="006E2552">
              <w:rPr>
                <w:lang w:val="en-ID"/>
              </w:rPr>
              <w:t xml:space="preserve">• Review 5 </w:t>
            </w:r>
            <w:proofErr w:type="spellStart"/>
            <w:r w:rsidRPr="006E2552">
              <w:rPr>
                <w:lang w:val="en-ID"/>
              </w:rPr>
              <w:t>bulan</w:t>
            </w:r>
            <w:proofErr w:type="spellEnd"/>
            <w:r w:rsidRPr="006E2552">
              <w:rPr>
                <w:lang w:val="en-ID"/>
              </w:rPr>
              <w:t xml:space="preserve"> </w:t>
            </w:r>
            <w:proofErr w:type="spellStart"/>
            <w:r w:rsidRPr="006E2552">
              <w:rPr>
                <w:lang w:val="en-ID"/>
              </w:rPr>
              <w:t>materi</w:t>
            </w:r>
            <w:proofErr w:type="spellEnd"/>
            <w:r>
              <w:rPr>
                <w:lang w:val="en-ID"/>
              </w:rPr>
              <w:br/>
            </w:r>
            <w:r w:rsidRPr="006E2552">
              <w:rPr>
                <w:lang w:val="sv-SE"/>
              </w:rPr>
              <w:t>• Ujian tertulis &amp; lisan membaca teks</w:t>
            </w:r>
            <w:r>
              <w:rPr>
                <w:lang w:val="sv-SE"/>
              </w:rPr>
              <w:br/>
            </w:r>
            <w:r w:rsidRPr="006E2552">
              <w:rPr>
                <w:lang w:val="sv-SE"/>
              </w:rPr>
              <w:t>• Feedback &amp; rekomendasi lanjutan</w:t>
            </w:r>
          </w:p>
        </w:tc>
      </w:tr>
    </w:tbl>
    <w:p w14:paraId="5AEBCC19" w14:textId="77777777" w:rsidR="006E2552" w:rsidRPr="006E2552" w:rsidRDefault="006E2552" w:rsidP="006E2552">
      <w:pPr>
        <w:rPr>
          <w:lang w:val="sv-SE"/>
        </w:rPr>
      </w:pPr>
    </w:p>
    <w:p w14:paraId="75324A7E" w14:textId="42C67D02" w:rsidR="008136AF" w:rsidRPr="00646E8D" w:rsidRDefault="00646E8D" w:rsidP="00646E8D">
      <w:pPr>
        <w:rPr>
          <w:lang w:val="sv-SE"/>
        </w:rPr>
      </w:pPr>
      <w:r w:rsidRPr="00646E8D">
        <w:rPr>
          <w:rFonts w:ascii="Segoe UI Emoji" w:hAnsi="Segoe UI Emoji" w:cs="Segoe UI Emoji"/>
        </w:rPr>
        <w:t>🎯</w:t>
      </w:r>
      <w:r w:rsidRPr="00646E8D">
        <w:rPr>
          <w:rFonts w:ascii="Segoe UI Emoji" w:hAnsi="Segoe UI Emoji" w:cs="Segoe UI Emoji"/>
          <w:lang w:val="sv-SE"/>
        </w:rPr>
        <w:t xml:space="preserve"> </w:t>
      </w:r>
      <w:r w:rsidRPr="00646E8D">
        <w:rPr>
          <w:rFonts w:ascii="Segoe UI Emoji" w:hAnsi="Segoe UI Emoji" w:cs="Segoe UI Emoji"/>
          <w:b/>
          <w:bCs/>
          <w:lang w:val="sv-SE"/>
        </w:rPr>
        <w:t>Output Akhir:</w:t>
      </w:r>
      <w:r w:rsidRPr="00646E8D">
        <w:rPr>
          <w:rFonts w:ascii="Segoe UI Emoji" w:hAnsi="Segoe UI Emoji" w:cs="Segoe UI Emoji"/>
          <w:lang w:val="sv-SE"/>
        </w:rPr>
        <w:br/>
        <w:t xml:space="preserve">Peserta </w:t>
      </w:r>
      <w:r w:rsidRPr="00646E8D">
        <w:rPr>
          <w:rFonts w:ascii="Segoe UI Emoji" w:hAnsi="Segoe UI Emoji" w:cs="Segoe UI Emoji"/>
          <w:b/>
          <w:bCs/>
          <w:lang w:val="sv-SE"/>
        </w:rPr>
        <w:t>mampu membaca teks Arab sederhana — menengah secara mandiri</w:t>
      </w:r>
      <w:r w:rsidRPr="00646E8D">
        <w:rPr>
          <w:rFonts w:ascii="Segoe UI Emoji" w:hAnsi="Segoe UI Emoji" w:cs="Segoe UI Emoji"/>
          <w:lang w:val="sv-SE"/>
        </w:rPr>
        <w:t xml:space="preserve">, menganalisis struktur &amp; konteks, serta siap lanjut ke level lanjutan atau </w:t>
      </w:r>
      <w:r w:rsidR="00D02E89">
        <w:rPr>
          <w:rFonts w:ascii="Segoe UI Emoji" w:hAnsi="Segoe UI Emoji" w:cs="Segoe UI Emoji"/>
          <w:i/>
          <w:iCs/>
          <w:lang w:val="sv-SE"/>
        </w:rPr>
        <w:t>KASHIF</w:t>
      </w:r>
      <w:r w:rsidRPr="00646E8D">
        <w:rPr>
          <w:rFonts w:ascii="Segoe UI Emoji" w:hAnsi="Segoe UI Emoji" w:cs="Segoe UI Emoji"/>
          <w:i/>
          <w:iCs/>
          <w:lang w:val="sv-SE"/>
        </w:rPr>
        <w:t xml:space="preserve"> Reading</w:t>
      </w:r>
      <w:r w:rsidRPr="00646E8D">
        <w:rPr>
          <w:rFonts w:ascii="Segoe UI Emoji" w:hAnsi="Segoe UI Emoji" w:cs="Segoe UI Emoji"/>
          <w:lang w:val="sv-SE"/>
        </w:rPr>
        <w:t>.</w:t>
      </w:r>
    </w:p>
    <w:sectPr w:rsidR="008136AF" w:rsidRPr="00646E8D" w:rsidSect="00FB417F">
      <w:headerReference w:type="default" r:id="rId8"/>
      <w:footerReference w:type="default" r:id="rId9"/>
      <w:pgSz w:w="11906" w:h="16838" w:code="9"/>
      <w:pgMar w:top="1985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9C257" w14:textId="77777777" w:rsidR="000C719E" w:rsidRDefault="000C719E" w:rsidP="00AA1B6A">
      <w:pPr>
        <w:spacing w:after="0" w:line="240" w:lineRule="auto"/>
      </w:pPr>
      <w:r>
        <w:separator/>
      </w:r>
    </w:p>
  </w:endnote>
  <w:endnote w:type="continuationSeparator" w:id="0">
    <w:p w14:paraId="651C77FD" w14:textId="77777777" w:rsidR="000C719E" w:rsidRDefault="000C719E" w:rsidP="00AA1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6F202" w14:textId="4294C128" w:rsidR="00AA1B6A" w:rsidRDefault="00AA1B6A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C2EA5B" wp14:editId="213B8277">
          <wp:simplePos x="0" y="0"/>
          <wp:positionH relativeFrom="page">
            <wp:align>right</wp:align>
          </wp:positionH>
          <wp:positionV relativeFrom="paragraph">
            <wp:posOffset>-184150</wp:posOffset>
          </wp:positionV>
          <wp:extent cx="7543419" cy="787400"/>
          <wp:effectExtent l="0" t="0" r="0" b="0"/>
          <wp:wrapNone/>
          <wp:docPr id="111367762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417774" name="Picture 13714177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419" cy="78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4B6A0" w14:textId="77777777" w:rsidR="000C719E" w:rsidRDefault="000C719E" w:rsidP="00AA1B6A">
      <w:pPr>
        <w:spacing w:after="0" w:line="240" w:lineRule="auto"/>
      </w:pPr>
      <w:r>
        <w:separator/>
      </w:r>
    </w:p>
  </w:footnote>
  <w:footnote w:type="continuationSeparator" w:id="0">
    <w:p w14:paraId="62A18FED" w14:textId="77777777" w:rsidR="000C719E" w:rsidRDefault="000C719E" w:rsidP="00AA1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9B237" w14:textId="3E3D56D6" w:rsidR="00AA1B6A" w:rsidRDefault="00AA1B6A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3920E4" wp14:editId="30760D41">
          <wp:simplePos x="0" y="0"/>
          <wp:positionH relativeFrom="page">
            <wp:align>left</wp:align>
          </wp:positionH>
          <wp:positionV relativeFrom="paragraph">
            <wp:posOffset>-457200</wp:posOffset>
          </wp:positionV>
          <wp:extent cx="7541960" cy="1892300"/>
          <wp:effectExtent l="0" t="0" r="1905" b="0"/>
          <wp:wrapNone/>
          <wp:docPr id="9505808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817430" name="Picture 5058174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1941" cy="18948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66307238">
    <w:abstractNumId w:val="8"/>
  </w:num>
  <w:num w:numId="2" w16cid:durableId="1418138944">
    <w:abstractNumId w:val="6"/>
  </w:num>
  <w:num w:numId="3" w16cid:durableId="505293420">
    <w:abstractNumId w:val="5"/>
  </w:num>
  <w:num w:numId="4" w16cid:durableId="714041493">
    <w:abstractNumId w:val="4"/>
  </w:num>
  <w:num w:numId="5" w16cid:durableId="1444304919">
    <w:abstractNumId w:val="7"/>
  </w:num>
  <w:num w:numId="6" w16cid:durableId="469784621">
    <w:abstractNumId w:val="3"/>
  </w:num>
  <w:num w:numId="7" w16cid:durableId="1541016673">
    <w:abstractNumId w:val="2"/>
  </w:num>
  <w:num w:numId="8" w16cid:durableId="1270695869">
    <w:abstractNumId w:val="1"/>
  </w:num>
  <w:num w:numId="9" w16cid:durableId="1179200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719E"/>
    <w:rsid w:val="000D64CF"/>
    <w:rsid w:val="0015074B"/>
    <w:rsid w:val="00165EE1"/>
    <w:rsid w:val="001E3218"/>
    <w:rsid w:val="001F5495"/>
    <w:rsid w:val="002420DD"/>
    <w:rsid w:val="0024534B"/>
    <w:rsid w:val="0029639D"/>
    <w:rsid w:val="00326F90"/>
    <w:rsid w:val="003C152C"/>
    <w:rsid w:val="004561E8"/>
    <w:rsid w:val="0049395C"/>
    <w:rsid w:val="004E091D"/>
    <w:rsid w:val="00515B0F"/>
    <w:rsid w:val="005808E8"/>
    <w:rsid w:val="005A5C84"/>
    <w:rsid w:val="00646E8D"/>
    <w:rsid w:val="00650E02"/>
    <w:rsid w:val="00686EEA"/>
    <w:rsid w:val="006E2552"/>
    <w:rsid w:val="007553FF"/>
    <w:rsid w:val="007B213B"/>
    <w:rsid w:val="007C5BB8"/>
    <w:rsid w:val="007E0007"/>
    <w:rsid w:val="008136AF"/>
    <w:rsid w:val="00866BD0"/>
    <w:rsid w:val="009C7A4C"/>
    <w:rsid w:val="00AA1B6A"/>
    <w:rsid w:val="00AA1D8D"/>
    <w:rsid w:val="00B47730"/>
    <w:rsid w:val="00B5239C"/>
    <w:rsid w:val="00B559B6"/>
    <w:rsid w:val="00C52F0C"/>
    <w:rsid w:val="00C83E99"/>
    <w:rsid w:val="00CB0664"/>
    <w:rsid w:val="00D02E89"/>
    <w:rsid w:val="00D35D25"/>
    <w:rsid w:val="00FB417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724E881"/>
  <w14:defaultImageDpi w14:val="300"/>
  <w15:docId w15:val="{0F2BB310-D57D-44D7-8822-F571727A6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136A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36AF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1B6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1B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A1B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3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 lail</cp:lastModifiedBy>
  <cp:revision>24</cp:revision>
  <dcterms:created xsi:type="dcterms:W3CDTF">2026-02-02T04:55:00Z</dcterms:created>
  <dcterms:modified xsi:type="dcterms:W3CDTF">2026-02-02T11:09:00Z</dcterms:modified>
  <cp:category/>
</cp:coreProperties>
</file>